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62C6" w14:textId="77777777" w:rsidR="00305994" w:rsidRPr="00305994" w:rsidRDefault="00305994" w:rsidP="00305994">
      <w:pPr>
        <w:spacing w:after="0"/>
        <w:ind w:right="-85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059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 Департамент операционной деятельности </w:t>
      </w:r>
    </w:p>
    <w:p w14:paraId="6980F415" w14:textId="77777777" w:rsidR="00305994" w:rsidRPr="00305994" w:rsidRDefault="00305994" w:rsidP="00305994">
      <w:pPr>
        <w:spacing w:after="0"/>
        <w:ind w:right="-85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059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ТОО «Индустриальная зона Алматы»</w:t>
      </w:r>
    </w:p>
    <w:p w14:paraId="1320C5A3" w14:textId="77777777" w:rsidR="00305994" w:rsidRPr="00305994" w:rsidRDefault="00305994" w:rsidP="00305994">
      <w:pPr>
        <w:spacing w:after="0"/>
        <w:ind w:right="-85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6B4AC94A" w14:textId="77777777" w:rsidR="00305994" w:rsidRPr="00305994" w:rsidRDefault="00305994" w:rsidP="00305994">
      <w:pPr>
        <w:spacing w:after="0"/>
        <w:ind w:right="-85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059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 ___________________________________________________________</w:t>
      </w:r>
    </w:p>
    <w:p w14:paraId="2F191C3D" w14:textId="77777777" w:rsidR="00305994" w:rsidRPr="00305994" w:rsidRDefault="00305994" w:rsidP="00305994">
      <w:pPr>
        <w:spacing w:after="0"/>
        <w:ind w:right="-85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059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(Ф.И.О. полностью)</w:t>
      </w:r>
    </w:p>
    <w:p w14:paraId="715D097A" w14:textId="77777777" w:rsidR="00305994" w:rsidRPr="00305994" w:rsidRDefault="00305994" w:rsidP="00305994">
      <w:pPr>
        <w:spacing w:after="0"/>
        <w:ind w:right="-85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059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адрес проживания: _____________________________________________</w:t>
      </w:r>
    </w:p>
    <w:p w14:paraId="19418BCD" w14:textId="77777777" w:rsidR="00305994" w:rsidRPr="00305994" w:rsidRDefault="00305994" w:rsidP="00305994">
      <w:pPr>
        <w:spacing w:after="0"/>
        <w:ind w:right="-85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059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контактный телефон: __________________________________________</w:t>
      </w:r>
    </w:p>
    <w:p w14:paraId="49DCF62C" w14:textId="33D60834" w:rsidR="00305994" w:rsidRPr="00305994" w:rsidRDefault="00305994" w:rsidP="00305994">
      <w:pPr>
        <w:spacing w:after="0"/>
        <w:ind w:right="-85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электронная почта: ____________________________________________</w:t>
      </w:r>
      <w:r w:rsidR="00000000" w:rsidRPr="00305994">
        <w:rPr>
          <w:rFonts w:ascii="Times New Roman" w:hAnsi="Times New Roman" w:cs="Times New Roman"/>
          <w:sz w:val="28"/>
          <w:szCs w:val="28"/>
          <w:lang w:val="ru-RU"/>
        </w:rPr>
        <w:br/>
      </w:r>
      <w:r w:rsidR="00000000" w:rsidRPr="00305994">
        <w:rPr>
          <w:rFonts w:ascii="Times New Roman" w:hAnsi="Times New Roman" w:cs="Times New Roman"/>
          <w:sz w:val="28"/>
          <w:szCs w:val="28"/>
          <w:lang w:val="ru-RU"/>
        </w:rPr>
        <w:br/>
      </w:r>
    </w:p>
    <w:p w14:paraId="2008329D" w14:textId="3CDCC42C" w:rsidR="00D46CE9" w:rsidRPr="00305994" w:rsidRDefault="00D46CE9" w:rsidP="00305994">
      <w:pPr>
        <w:ind w:right="-432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58A6508" w14:textId="77777777" w:rsidR="00D46CE9" w:rsidRPr="00305994" w:rsidRDefault="0000000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hAnsi="Times New Roman" w:cs="Times New Roman"/>
          <w:b/>
          <w:sz w:val="28"/>
          <w:szCs w:val="28"/>
          <w:lang w:val="ru-RU"/>
        </w:rPr>
        <w:t>ЗАЯВЛЕНИЕ НА УЧАСТИЕ В КОНКУРСЕ</w:t>
      </w:r>
    </w:p>
    <w:p w14:paraId="45A89643" w14:textId="4D8A871C" w:rsidR="00D46CE9" w:rsidRPr="00305994" w:rsidRDefault="00000000" w:rsidP="00305994">
      <w:pPr>
        <w:ind w:right="-999"/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hAnsi="Times New Roman" w:cs="Times New Roman"/>
          <w:sz w:val="28"/>
          <w:szCs w:val="28"/>
          <w:lang w:val="ru-RU"/>
        </w:rPr>
        <w:br/>
        <w:t>Прошу допустить меня к участию в конкурсе на замещение вакантной должности______________________________________________________________</w:t>
      </w:r>
      <w:r w:rsidR="0030599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</w:t>
      </w:r>
      <w:r w:rsidRPr="00305994">
        <w:rPr>
          <w:rFonts w:ascii="Times New Roman" w:hAnsi="Times New Roman" w:cs="Times New Roman"/>
          <w:sz w:val="28"/>
          <w:szCs w:val="28"/>
          <w:lang w:val="ru-RU"/>
        </w:rPr>
        <w:br/>
        <w:t>(указать наименование должности)</w:t>
      </w:r>
      <w:r w:rsidR="003059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05994">
        <w:rPr>
          <w:rFonts w:ascii="Times New Roman" w:hAnsi="Times New Roman" w:cs="Times New Roman"/>
          <w:sz w:val="28"/>
          <w:szCs w:val="28"/>
          <w:lang w:val="ru-RU"/>
        </w:rPr>
        <w:t>в ТОО «Индустриальная зона Алматы».</w:t>
      </w:r>
    </w:p>
    <w:p w14:paraId="6F995F54" w14:textId="77777777" w:rsidR="00D46CE9" w:rsidRPr="00305994" w:rsidRDefault="000000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hAnsi="Times New Roman" w:cs="Times New Roman"/>
          <w:sz w:val="28"/>
          <w:szCs w:val="28"/>
          <w:lang w:val="ru-RU"/>
        </w:rPr>
        <w:br/>
        <w:t>К заявлению прилагаю следующие документы:</w:t>
      </w:r>
    </w:p>
    <w:p w14:paraId="69EB154C" w14:textId="77777777" w:rsidR="00D46CE9" w:rsidRPr="00305994" w:rsidRDefault="000000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hAnsi="Times New Roman" w:cs="Times New Roman"/>
          <w:sz w:val="28"/>
          <w:szCs w:val="28"/>
          <w:lang w:val="ru-RU"/>
        </w:rPr>
        <w:t>1. Резюме;</w:t>
      </w:r>
    </w:p>
    <w:p w14:paraId="7A9CE124" w14:textId="77777777" w:rsidR="00D46CE9" w:rsidRPr="00305994" w:rsidRDefault="000000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hAnsi="Times New Roman" w:cs="Times New Roman"/>
          <w:sz w:val="28"/>
          <w:szCs w:val="28"/>
          <w:lang w:val="ru-RU"/>
        </w:rPr>
        <w:t>2. Копия удостоверения личности;</w:t>
      </w:r>
    </w:p>
    <w:p w14:paraId="6F762ECA" w14:textId="77777777" w:rsidR="00D46CE9" w:rsidRPr="00305994" w:rsidRDefault="000000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hAnsi="Times New Roman" w:cs="Times New Roman"/>
          <w:sz w:val="28"/>
          <w:szCs w:val="28"/>
          <w:lang w:val="ru-RU"/>
        </w:rPr>
        <w:t>3. Справка о наличии (или отсутствии) судимости.</w:t>
      </w:r>
    </w:p>
    <w:p w14:paraId="23EE0062" w14:textId="77777777" w:rsidR="00D46CE9" w:rsidRPr="00305994" w:rsidRDefault="0000000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5994">
        <w:rPr>
          <w:rFonts w:ascii="Times New Roman" w:hAnsi="Times New Roman" w:cs="Times New Roman"/>
          <w:sz w:val="28"/>
          <w:szCs w:val="28"/>
          <w:lang w:val="ru-RU"/>
        </w:rPr>
        <w:br/>
        <w:t>С условиями проведения конкурса и требованиями, предъявляемыми к кандидатам, ознакомлен(а).</w:t>
      </w:r>
    </w:p>
    <w:p w14:paraId="7C9172F5" w14:textId="14DF95EA" w:rsidR="00D46CE9" w:rsidRPr="00305994" w:rsidRDefault="00000000">
      <w:pPr>
        <w:rPr>
          <w:rFonts w:ascii="Times New Roman" w:hAnsi="Times New Roman" w:cs="Times New Roman"/>
          <w:sz w:val="28"/>
          <w:szCs w:val="28"/>
        </w:rPr>
      </w:pPr>
      <w:r w:rsidRPr="0030599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05994">
        <w:rPr>
          <w:rFonts w:ascii="Times New Roman" w:hAnsi="Times New Roman" w:cs="Times New Roman"/>
          <w:sz w:val="28"/>
          <w:szCs w:val="28"/>
        </w:rPr>
        <w:t>«___» _______________ 20__ г.                                   __________________________</w:t>
      </w:r>
      <w:r w:rsidR="00305994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  <w:r w:rsidRPr="00305994">
        <w:rPr>
          <w:rFonts w:ascii="Times New Roman" w:hAnsi="Times New Roman" w:cs="Times New Roman"/>
          <w:sz w:val="28"/>
          <w:szCs w:val="28"/>
        </w:rPr>
        <w:br/>
        <w:t xml:space="preserve">  (подпись, расшифровка подписи)</w:t>
      </w:r>
    </w:p>
    <w:sectPr w:rsidR="00D46CE9" w:rsidRPr="003059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4701719">
    <w:abstractNumId w:val="8"/>
  </w:num>
  <w:num w:numId="2" w16cid:durableId="1813985932">
    <w:abstractNumId w:val="6"/>
  </w:num>
  <w:num w:numId="3" w16cid:durableId="1477994702">
    <w:abstractNumId w:val="5"/>
  </w:num>
  <w:num w:numId="4" w16cid:durableId="763187155">
    <w:abstractNumId w:val="4"/>
  </w:num>
  <w:num w:numId="5" w16cid:durableId="1500775276">
    <w:abstractNumId w:val="7"/>
  </w:num>
  <w:num w:numId="6" w16cid:durableId="481044932">
    <w:abstractNumId w:val="3"/>
  </w:num>
  <w:num w:numId="7" w16cid:durableId="439374610">
    <w:abstractNumId w:val="2"/>
  </w:num>
  <w:num w:numId="8" w16cid:durableId="1943411215">
    <w:abstractNumId w:val="1"/>
  </w:num>
  <w:num w:numId="9" w16cid:durableId="1116370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1C7A"/>
    <w:rsid w:val="0029639D"/>
    <w:rsid w:val="00305994"/>
    <w:rsid w:val="00326F90"/>
    <w:rsid w:val="00AA1D8D"/>
    <w:rsid w:val="00B47730"/>
    <w:rsid w:val="00CB0664"/>
    <w:rsid w:val="00D46C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54BE7"/>
  <w14:defaultImageDpi w14:val="300"/>
  <w15:docId w15:val="{A9CAC912-3707-4CA8-9E09-C013B478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ff8">
    <w:name w:val="Основной текст_"/>
    <w:basedOn w:val="a2"/>
    <w:link w:val="14"/>
    <w:rsid w:val="00305994"/>
    <w:rPr>
      <w:rFonts w:ascii="Times New Roman" w:eastAsia="Times New Roman" w:hAnsi="Times New Roman" w:cs="Times New Roman"/>
      <w:sz w:val="26"/>
      <w:szCs w:val="26"/>
    </w:rPr>
  </w:style>
  <w:style w:type="paragraph" w:customStyle="1" w:styleId="14">
    <w:name w:val="Основной текст1"/>
    <w:basedOn w:val="a1"/>
    <w:link w:val="aff8"/>
    <w:rsid w:val="00305994"/>
    <w:pPr>
      <w:widowControl w:val="0"/>
      <w:spacing w:after="0" w:line="259" w:lineRule="auto"/>
      <w:ind w:firstLine="4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2025-10-31T06:33:00Z</dcterms:modified>
  <cp:category/>
</cp:coreProperties>
</file>